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האתגר המסכם – הדרקון של השפה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נושאי לשון מרכזיים מהתחנות השונות: ניבים, חלקי דיבור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מילים נרדפות ומנוגדות ושימוש נכון בשפה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לאתגר המסכם ולקבל את חותמת הדרקון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לחשוב הרבה על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התבלבל הכל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מתאר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(לחשוב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(גרם לי לרצות)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(הצליח בלי בעיות)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(התאמץ מעבר ליכולת)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לזיהוי בניין של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שורש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את מספר האותיות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שימו לב לתנועות ולצורת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 לדוגמאות מוכרות של בניינים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השתמש נכון בניב ובמשמעותו,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נכון עם הסבר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נרדפת ומנוגדת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שהבדל בין תיאור דבר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לפי תחנה כדי לחזק נושאים חלשים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הניבים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האתגר המסכם – הדרקון של השפה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זהו דף תרגול לקראת האתגר המסכם במסע הלשון. בדף מופיעות שאלות על הנושאים שלמדתם בתחנות השונות – ניבים, חלקי דיבור, בניינים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פועל  ·  תואר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הכוונה בניב 'לשבור את הראש'?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לחשוב הרבה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לישון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ניב הפוך במשמעות ל'הלך כשורה'?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התבלבל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הצליח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היה קל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צירוף מילים עם משמעות מיוחדת שאינה 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'רץ' שייכת לחלק הדיבור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'גדול' היא דוגמה לשם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ניב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גרם לי לרצות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עשה לי חשק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לחשוב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הלך כשורה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התאמץ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קפץ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הצליח בלי בעיות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לזיהוי בניין של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 לב לתנועות ולצורת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 לדוגמאות מוכרות של בניינים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שורש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את מספר האותיות בשורש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משפטים, בכל משפט השתמשו בניב אחר שלמדתם במסע הלשון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ניב אחד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למילה נרדפת ולמילה מנוגדת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האתגר המסכם – הדרקון של השפה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